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0BAC7" w14:textId="1546CF77" w:rsidR="00841266" w:rsidRPr="00D32EC1" w:rsidRDefault="00D32EC1" w:rsidP="00841266">
      <w:pPr>
        <w:pStyle w:val="Heading2"/>
        <w:rPr>
          <w:rFonts w:cstheme="majorHAnsi"/>
          <w:sz w:val="22"/>
          <w:szCs w:val="22"/>
        </w:rPr>
      </w:pPr>
      <w:r>
        <w:rPr>
          <w:rFonts w:cstheme="majorHAnsi"/>
          <w:sz w:val="22"/>
          <w:szCs w:val="22"/>
        </w:rPr>
        <w:t>C</w:t>
      </w:r>
      <w:r w:rsidR="00841266" w:rsidRPr="00D32EC1">
        <w:rPr>
          <w:rFonts w:cstheme="majorHAnsi"/>
          <w:sz w:val="22"/>
          <w:szCs w:val="22"/>
        </w:rPr>
        <w:t>andidate Information</w:t>
      </w:r>
    </w:p>
    <w:p w14:paraId="2F7A5669" w14:textId="77777777" w:rsidR="00841266" w:rsidRPr="00D32EC1" w:rsidRDefault="00841266" w:rsidP="00841266">
      <w:pPr>
        <w:rPr>
          <w:rFonts w:asciiTheme="majorHAnsi" w:hAnsiTheme="majorHAnsi" w:cstheme="majorHAnsi"/>
        </w:rPr>
      </w:pPr>
      <w:r w:rsidRPr="00D32EC1">
        <w:rPr>
          <w:rFonts w:asciiTheme="majorHAnsi" w:hAnsiTheme="majorHAnsi" w:cstheme="majorHAnsi"/>
        </w:rPr>
        <w:t>Name: __________________________________________</w:t>
      </w:r>
    </w:p>
    <w:p w14:paraId="0351C633" w14:textId="77777777" w:rsidR="00841266" w:rsidRPr="00D32EC1" w:rsidRDefault="00841266" w:rsidP="00841266">
      <w:pPr>
        <w:rPr>
          <w:rFonts w:asciiTheme="majorHAnsi" w:hAnsiTheme="majorHAnsi" w:cstheme="majorHAnsi"/>
        </w:rPr>
      </w:pPr>
      <w:r w:rsidRPr="00D32EC1">
        <w:rPr>
          <w:rFonts w:asciiTheme="majorHAnsi" w:hAnsiTheme="majorHAnsi" w:cstheme="majorHAnsi"/>
        </w:rPr>
        <w:t>Department: _____________________________________</w:t>
      </w:r>
    </w:p>
    <w:p w14:paraId="732D5403" w14:textId="77777777" w:rsidR="00841266" w:rsidRPr="00D32EC1" w:rsidRDefault="00841266" w:rsidP="00841266">
      <w:pPr>
        <w:rPr>
          <w:rFonts w:asciiTheme="majorHAnsi" w:hAnsiTheme="majorHAnsi" w:cstheme="majorHAnsi"/>
        </w:rPr>
      </w:pPr>
      <w:r w:rsidRPr="00D32EC1">
        <w:rPr>
          <w:rFonts w:asciiTheme="majorHAnsi" w:hAnsiTheme="majorHAnsi" w:cstheme="majorHAnsi"/>
        </w:rPr>
        <w:t>Proposed Rank (e.g., Associate Professor, Full Professor): ___________________________</w:t>
      </w:r>
    </w:p>
    <w:p w14:paraId="42F226EA" w14:textId="77777777" w:rsidR="00D32EC1" w:rsidRPr="00A90C33" w:rsidRDefault="00D32EC1" w:rsidP="00D32EC1">
      <w:pPr>
        <w:pStyle w:val="NoSpacing"/>
        <w:rPr>
          <w:rFonts w:asciiTheme="majorHAnsi" w:hAnsiTheme="majorHAnsi" w:cstheme="majorHAnsi"/>
          <w:b/>
          <w:bCs/>
          <w:color w:val="4F81BD" w:themeColor="accent1"/>
        </w:rPr>
      </w:pPr>
      <w:r w:rsidRPr="00A90C33">
        <w:rPr>
          <w:rFonts w:asciiTheme="majorHAnsi" w:hAnsiTheme="majorHAnsi" w:cstheme="majorHAnsi"/>
          <w:b/>
          <w:bCs/>
          <w:color w:val="4F81BD" w:themeColor="accent1"/>
        </w:rPr>
        <w:t>Reviewer Information Form</w:t>
      </w:r>
    </w:p>
    <w:p w14:paraId="5ECBACB5" w14:textId="2386A0C0" w:rsidR="00D32EC1" w:rsidRPr="00D32EC1" w:rsidRDefault="00D32EC1" w:rsidP="00D32EC1">
      <w:pPr>
        <w:pStyle w:val="NoSpacing"/>
        <w:rPr>
          <w:rFonts w:asciiTheme="majorHAnsi" w:hAnsiTheme="majorHAnsi" w:cstheme="majorHAnsi"/>
          <w:sz w:val="20"/>
          <w:szCs w:val="20"/>
        </w:rPr>
      </w:pPr>
      <w:r w:rsidRPr="00D32EC1">
        <w:rPr>
          <w:rFonts w:asciiTheme="majorHAnsi" w:hAnsiTheme="majorHAnsi" w:cstheme="majorHAnsi"/>
          <w:sz w:val="20"/>
          <w:szCs w:val="20"/>
        </w:rPr>
        <w:t xml:space="preserve">Please provide information about potential reviewers who are qualified to evaluate your work. Reviewers should meet the following eligibility guidelines to provide an objective assessment of the </w:t>
      </w:r>
      <w:r w:rsidR="009D3B12" w:rsidRPr="00D32EC1">
        <w:rPr>
          <w:rFonts w:asciiTheme="majorHAnsi" w:hAnsiTheme="majorHAnsi" w:cstheme="majorHAnsi"/>
          <w:sz w:val="20"/>
          <w:szCs w:val="20"/>
        </w:rPr>
        <w:t>candidate’s</w:t>
      </w:r>
      <w:r w:rsidRPr="00D32EC1">
        <w:rPr>
          <w:rFonts w:asciiTheme="majorHAnsi" w:hAnsiTheme="majorHAnsi" w:cstheme="majorHAnsi"/>
          <w:sz w:val="20"/>
          <w:szCs w:val="20"/>
        </w:rPr>
        <w:t xml:space="preserve"> work:</w:t>
      </w:r>
    </w:p>
    <w:p w14:paraId="46AD8374" w14:textId="77777777" w:rsidR="00D32EC1" w:rsidRPr="00D32EC1" w:rsidRDefault="00D32EC1" w:rsidP="00D32EC1">
      <w:pPr>
        <w:pStyle w:val="NoSpacing"/>
        <w:numPr>
          <w:ilvl w:val="0"/>
          <w:numId w:val="15"/>
        </w:numPr>
        <w:rPr>
          <w:rFonts w:asciiTheme="majorHAnsi" w:hAnsiTheme="majorHAnsi" w:cstheme="majorHAnsi"/>
          <w:sz w:val="20"/>
          <w:szCs w:val="20"/>
        </w:rPr>
      </w:pPr>
      <w:r w:rsidRPr="00D32EC1">
        <w:rPr>
          <w:rFonts w:asciiTheme="majorHAnsi" w:hAnsiTheme="majorHAnsi" w:cstheme="majorHAnsi"/>
          <w:sz w:val="20"/>
          <w:szCs w:val="20"/>
        </w:rPr>
        <w:t>Expert in at least one of the candidate's areas of academic expertise</w:t>
      </w:r>
    </w:p>
    <w:p w14:paraId="0998E1F8" w14:textId="77777777" w:rsidR="00D32EC1" w:rsidRPr="00D32EC1" w:rsidRDefault="00D32EC1" w:rsidP="00D32EC1">
      <w:pPr>
        <w:pStyle w:val="NoSpacing"/>
        <w:numPr>
          <w:ilvl w:val="0"/>
          <w:numId w:val="15"/>
        </w:numPr>
        <w:rPr>
          <w:rFonts w:asciiTheme="majorHAnsi" w:hAnsiTheme="majorHAnsi" w:cstheme="majorHAnsi"/>
          <w:sz w:val="20"/>
          <w:szCs w:val="20"/>
        </w:rPr>
      </w:pPr>
      <w:r w:rsidRPr="00D32EC1">
        <w:rPr>
          <w:rFonts w:asciiTheme="majorHAnsi" w:hAnsiTheme="majorHAnsi" w:cstheme="majorHAnsi"/>
          <w:sz w:val="20"/>
          <w:szCs w:val="20"/>
        </w:rPr>
        <w:t>Capable of providing a fair and unbiased assessment of the candidate's work. </w:t>
      </w:r>
    </w:p>
    <w:p w14:paraId="49219EFD" w14:textId="4CDE55FD" w:rsidR="00D32EC1" w:rsidRPr="00D32EC1" w:rsidRDefault="00D32EC1" w:rsidP="00D32EC1">
      <w:pPr>
        <w:pStyle w:val="NoSpacing"/>
        <w:numPr>
          <w:ilvl w:val="0"/>
          <w:numId w:val="15"/>
        </w:numPr>
        <w:rPr>
          <w:rFonts w:asciiTheme="majorHAnsi" w:hAnsiTheme="majorHAnsi" w:cstheme="majorHAnsi"/>
          <w:sz w:val="20"/>
          <w:szCs w:val="20"/>
        </w:rPr>
      </w:pPr>
      <w:r w:rsidRPr="00D32EC1">
        <w:rPr>
          <w:rFonts w:asciiTheme="majorHAnsi" w:hAnsiTheme="majorHAnsi" w:cstheme="majorHAnsi"/>
          <w:sz w:val="20"/>
          <w:szCs w:val="20"/>
        </w:rPr>
        <w:t xml:space="preserve">Should not have had recent or ongoing collaborations (e.g., co-authorship, shared grants) with the </w:t>
      </w:r>
      <w:r w:rsidR="009D3B12" w:rsidRPr="00D32EC1">
        <w:rPr>
          <w:rFonts w:asciiTheme="majorHAnsi" w:hAnsiTheme="majorHAnsi" w:cstheme="majorHAnsi"/>
          <w:sz w:val="20"/>
          <w:szCs w:val="20"/>
        </w:rPr>
        <w:t>candidate or</w:t>
      </w:r>
      <w:r w:rsidRPr="00D32EC1">
        <w:rPr>
          <w:rFonts w:asciiTheme="majorHAnsi" w:hAnsiTheme="majorHAnsi" w:cstheme="majorHAnsi"/>
          <w:sz w:val="20"/>
          <w:szCs w:val="20"/>
        </w:rPr>
        <w:t xml:space="preserve"> be their former mentor or supervisor. </w:t>
      </w:r>
    </w:p>
    <w:p w14:paraId="29DD3D15" w14:textId="77777777" w:rsidR="00D32EC1" w:rsidRPr="00D32EC1" w:rsidRDefault="00D32EC1" w:rsidP="00D32EC1">
      <w:pPr>
        <w:pStyle w:val="NoSpacing"/>
        <w:numPr>
          <w:ilvl w:val="0"/>
          <w:numId w:val="15"/>
        </w:numPr>
        <w:rPr>
          <w:rFonts w:asciiTheme="majorHAnsi" w:hAnsiTheme="majorHAnsi" w:cstheme="majorHAnsi"/>
          <w:sz w:val="20"/>
          <w:szCs w:val="20"/>
        </w:rPr>
      </w:pPr>
      <w:r w:rsidRPr="00D32EC1">
        <w:rPr>
          <w:rFonts w:asciiTheme="majorHAnsi" w:hAnsiTheme="majorHAnsi" w:cstheme="majorHAnsi"/>
          <w:sz w:val="20"/>
          <w:szCs w:val="20"/>
        </w:rPr>
        <w:t>Should not be close personal friends or family members of the candidate. </w:t>
      </w:r>
    </w:p>
    <w:p w14:paraId="420245C9" w14:textId="4D6260B8" w:rsidR="00992D84" w:rsidRDefault="00D32EC1" w:rsidP="00D32EC1">
      <w:pPr>
        <w:pStyle w:val="NoSpacing"/>
        <w:numPr>
          <w:ilvl w:val="0"/>
          <w:numId w:val="15"/>
        </w:numPr>
        <w:rPr>
          <w:rFonts w:asciiTheme="majorHAnsi" w:hAnsiTheme="majorHAnsi" w:cstheme="majorHAnsi"/>
          <w:sz w:val="20"/>
          <w:szCs w:val="20"/>
        </w:rPr>
      </w:pPr>
      <w:r w:rsidRPr="00D32EC1">
        <w:rPr>
          <w:rFonts w:asciiTheme="majorHAnsi" w:hAnsiTheme="majorHAnsi" w:cstheme="majorHAnsi"/>
          <w:sz w:val="20"/>
          <w:szCs w:val="20"/>
        </w:rPr>
        <w:t xml:space="preserve">See table below for the number of reviewers needed and additional reviewer requirements. </w:t>
      </w:r>
    </w:p>
    <w:p w14:paraId="6BDA8967" w14:textId="77777777" w:rsidR="00D32EC1" w:rsidRPr="00D32EC1" w:rsidRDefault="00D32EC1" w:rsidP="00D32EC1">
      <w:pPr>
        <w:pStyle w:val="NoSpacing"/>
        <w:ind w:left="720"/>
        <w:rPr>
          <w:rFonts w:asciiTheme="majorHAnsi" w:hAnsiTheme="majorHAnsi" w:cstheme="majorHAnsi"/>
          <w:sz w:val="20"/>
          <w:szCs w:val="20"/>
        </w:rPr>
      </w:pPr>
    </w:p>
    <w:tbl>
      <w:tblPr>
        <w:tblpPr w:leftFromText="180" w:rightFromText="180" w:vertAnchor="text" w:horzAnchor="page" w:tblpX="841" w:tblpY="141"/>
        <w:tblW w:w="1008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95"/>
        <w:gridCol w:w="1853"/>
        <w:gridCol w:w="2144"/>
        <w:gridCol w:w="2146"/>
        <w:gridCol w:w="2142"/>
        <w:gridCol w:w="7"/>
      </w:tblGrid>
      <w:tr w:rsidR="00992D84" w:rsidRPr="00F14022" w14:paraId="1625D0BC" w14:textId="77777777" w:rsidTr="009D3B12">
        <w:trPr>
          <w:gridAfter w:val="1"/>
          <w:wAfter w:w="7" w:type="dxa"/>
          <w:trHeight w:val="786"/>
        </w:trPr>
        <w:tc>
          <w:tcPr>
            <w:tcW w:w="1795" w:type="dxa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365F91" w:themeFill="accent1" w:themeFillShade="B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375235F" w14:textId="7348D65E" w:rsidR="00992D84" w:rsidRPr="00D32EC1" w:rsidRDefault="00D32EC1" w:rsidP="00D32EC1">
            <w:pPr>
              <w:pStyle w:val="NoSpacing"/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D32EC1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 xml:space="preserve">Requirements </w:t>
            </w:r>
            <w:r w:rsidR="00992D84" w:rsidRPr="00D32EC1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 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365F91" w:themeFill="accent1" w:themeFillShade="B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8DDAB1F" w14:textId="77777777" w:rsidR="00992D84" w:rsidRPr="00D32EC1" w:rsidRDefault="00992D84" w:rsidP="0060440B">
            <w:pPr>
              <w:pStyle w:val="NoSpacing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D32EC1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Medical Sciences</w:t>
            </w:r>
          </w:p>
          <w:p w14:paraId="2FDAB214" w14:textId="3D73F416" w:rsidR="00D32EC1" w:rsidRPr="00D32EC1" w:rsidRDefault="00D32EC1" w:rsidP="0060440B">
            <w:pPr>
              <w:pStyle w:val="NoSpacing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D32EC1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Associate Professor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365F91" w:themeFill="accent1" w:themeFillShade="B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D775963" w14:textId="77777777" w:rsidR="00992D84" w:rsidRPr="00D32EC1" w:rsidRDefault="00992D84" w:rsidP="0060440B">
            <w:pPr>
              <w:pStyle w:val="NoSpacing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D32EC1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Clinical Faculty</w:t>
            </w:r>
          </w:p>
          <w:p w14:paraId="73EE7670" w14:textId="33CC25B3" w:rsidR="00D32EC1" w:rsidRPr="00D32EC1" w:rsidRDefault="00D32EC1" w:rsidP="0060440B">
            <w:pPr>
              <w:pStyle w:val="NoSpacing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D32EC1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Associate Professor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365F91" w:themeFill="accent1" w:themeFillShade="B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580CFF2" w14:textId="77777777" w:rsidR="00992D84" w:rsidRPr="00D32EC1" w:rsidRDefault="00992D84" w:rsidP="0060440B">
            <w:pPr>
              <w:pStyle w:val="NoSpacing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D32EC1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Medical Sciences</w:t>
            </w:r>
          </w:p>
          <w:p w14:paraId="1E42AA57" w14:textId="10A2BD1D" w:rsidR="00D32EC1" w:rsidRPr="00D32EC1" w:rsidRDefault="00D32EC1" w:rsidP="0060440B">
            <w:pPr>
              <w:pStyle w:val="NoSpacing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D32EC1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Professor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365F91" w:themeFill="accent1" w:themeFillShade="B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31EE5B1" w14:textId="77777777" w:rsidR="00992D84" w:rsidRPr="00D32EC1" w:rsidRDefault="00992D84" w:rsidP="0060440B">
            <w:pPr>
              <w:pStyle w:val="NoSpacing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D32EC1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Clinical Faculty</w:t>
            </w:r>
          </w:p>
          <w:p w14:paraId="7E8D849F" w14:textId="1F4A9B98" w:rsidR="00D32EC1" w:rsidRPr="00D32EC1" w:rsidRDefault="00D32EC1" w:rsidP="0060440B">
            <w:pPr>
              <w:pStyle w:val="NoSpacing"/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D32EC1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Professor</w:t>
            </w:r>
          </w:p>
        </w:tc>
      </w:tr>
      <w:tr w:rsidR="00992D84" w:rsidRPr="00F14022" w14:paraId="7FCB116F" w14:textId="77777777" w:rsidTr="009D3B12">
        <w:trPr>
          <w:gridAfter w:val="1"/>
          <w:wAfter w:w="7" w:type="dxa"/>
          <w:trHeight w:val="689"/>
        </w:trPr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DE9D9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C3D80D4" w14:textId="77777777" w:rsidR="0060440B" w:rsidRPr="0060440B" w:rsidRDefault="00992D84" w:rsidP="0060440B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Minimum Number </w:t>
            </w:r>
          </w:p>
          <w:p w14:paraId="43C57145" w14:textId="3AECDF40" w:rsidR="00992D84" w:rsidRPr="0060440B" w:rsidRDefault="00992D84" w:rsidP="0060440B">
            <w:pPr>
              <w:pStyle w:val="NoSpacing"/>
              <w:rPr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of Letters 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8974E05" w14:textId="77777777" w:rsidR="00992D84" w:rsidRPr="0060440B" w:rsidRDefault="00992D84" w:rsidP="000B00E2">
            <w:pPr>
              <w:ind w:left="112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21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F98C326" w14:textId="77777777" w:rsidR="00992D84" w:rsidRPr="0060440B" w:rsidRDefault="00992D84" w:rsidP="000B00E2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2835E87" w14:textId="77777777" w:rsidR="00992D84" w:rsidRPr="0060440B" w:rsidRDefault="00992D84" w:rsidP="000B00E2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214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4CE0CBA" w14:textId="77777777" w:rsidR="00992D84" w:rsidRPr="0060440B" w:rsidRDefault="00992D84" w:rsidP="000B00E2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</w:tr>
      <w:tr w:rsidR="00992D84" w:rsidRPr="00F14022" w14:paraId="3F2E0054" w14:textId="77777777" w:rsidTr="009D3B12">
        <w:trPr>
          <w:gridAfter w:val="1"/>
          <w:wAfter w:w="7" w:type="dxa"/>
          <w:trHeight w:val="385"/>
        </w:trPr>
        <w:tc>
          <w:tcPr>
            <w:tcW w:w="17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DE9D9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C68D5AC" w14:textId="70F5590C" w:rsidR="00992D84" w:rsidRPr="0060440B" w:rsidRDefault="00992D84" w:rsidP="000B00E2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External Reviews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CD9F52F" w14:textId="77777777" w:rsidR="00992D84" w:rsidRPr="0060440B" w:rsidRDefault="00992D84" w:rsidP="0060440B">
            <w:pPr>
              <w:pStyle w:val="NoSpacing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sz w:val="18"/>
                <w:szCs w:val="18"/>
              </w:rPr>
              <w:t>At least 1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09FF3C6" w14:textId="77777777" w:rsidR="00992D84" w:rsidRPr="0060440B" w:rsidRDefault="00992D84" w:rsidP="0060440B">
            <w:pPr>
              <w:pStyle w:val="NoSpacing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sz w:val="18"/>
                <w:szCs w:val="18"/>
              </w:rPr>
              <w:t>At least 1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357DBC0" w14:textId="77777777" w:rsidR="00992D84" w:rsidRPr="0060440B" w:rsidRDefault="00992D84" w:rsidP="0060440B">
            <w:pPr>
              <w:pStyle w:val="NoSpacing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sz w:val="18"/>
                <w:szCs w:val="18"/>
              </w:rPr>
              <w:t>At least 3</w:t>
            </w:r>
          </w:p>
          <w:p w14:paraId="0C965960" w14:textId="77777777" w:rsidR="00992D84" w:rsidRPr="0060440B" w:rsidRDefault="00992D84" w:rsidP="0060440B">
            <w:pPr>
              <w:pStyle w:val="NoSpacing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sz w:val="18"/>
                <w:szCs w:val="18"/>
              </w:rPr>
              <w:t>(1 from outside QU or affiliates)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EEF7EAE" w14:textId="77777777" w:rsidR="00992D84" w:rsidRPr="0060440B" w:rsidRDefault="00992D84" w:rsidP="0060440B">
            <w:pPr>
              <w:pStyle w:val="NoSpacing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sz w:val="18"/>
                <w:szCs w:val="18"/>
              </w:rPr>
              <w:t>At least 3</w:t>
            </w:r>
          </w:p>
          <w:p w14:paraId="44DBCC00" w14:textId="77777777" w:rsidR="00992D84" w:rsidRPr="0060440B" w:rsidRDefault="00992D84" w:rsidP="0060440B">
            <w:pPr>
              <w:pStyle w:val="NoSpacing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sz w:val="18"/>
                <w:szCs w:val="18"/>
              </w:rPr>
              <w:t>(1 from outside of QU or clinical institution)</w:t>
            </w:r>
          </w:p>
        </w:tc>
      </w:tr>
      <w:tr w:rsidR="00992D84" w:rsidRPr="00F14022" w14:paraId="0B1DAFBD" w14:textId="77777777" w:rsidTr="009D3B12">
        <w:trPr>
          <w:gridAfter w:val="1"/>
          <w:wAfter w:w="7" w:type="dxa"/>
          <w:trHeight w:val="729"/>
        </w:trPr>
        <w:tc>
          <w:tcPr>
            <w:tcW w:w="17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DE9D9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2CF78AB" w14:textId="0F662337" w:rsidR="00992D84" w:rsidRPr="0060440B" w:rsidRDefault="00992D84" w:rsidP="000B00E2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Internal Reviews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C553660" w14:textId="77777777" w:rsidR="00992D84" w:rsidRPr="0060440B" w:rsidRDefault="00992D84" w:rsidP="000B00E2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sz w:val="18"/>
                <w:szCs w:val="18"/>
              </w:rPr>
              <w:t>At least 2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13DD2F" w14:textId="77777777" w:rsidR="00992D84" w:rsidRPr="0060440B" w:rsidRDefault="00992D84" w:rsidP="000B00E2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sz w:val="18"/>
                <w:szCs w:val="18"/>
              </w:rPr>
              <w:t>At least 2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1194BE3" w14:textId="77777777" w:rsidR="00992D84" w:rsidRPr="0060440B" w:rsidRDefault="00992D84" w:rsidP="000B00E2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sz w:val="18"/>
                <w:szCs w:val="18"/>
              </w:rPr>
              <w:t>At least 2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2810806" w14:textId="77777777" w:rsidR="00992D84" w:rsidRPr="0060440B" w:rsidRDefault="00992D84" w:rsidP="000B00E2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sz w:val="18"/>
                <w:szCs w:val="18"/>
              </w:rPr>
              <w:t>At least 2</w:t>
            </w:r>
          </w:p>
        </w:tc>
      </w:tr>
      <w:tr w:rsidR="00992D84" w:rsidRPr="00F14022" w14:paraId="47FB24C9" w14:textId="77777777" w:rsidTr="009D3B12">
        <w:trPr>
          <w:trHeight w:hRule="exact" w:val="432"/>
        </w:trPr>
        <w:tc>
          <w:tcPr>
            <w:tcW w:w="17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DE9D9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CEBAC2C" w14:textId="77777777" w:rsidR="00992D84" w:rsidRPr="0060440B" w:rsidRDefault="00992D84" w:rsidP="000B00E2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Reviewer Rank</w:t>
            </w:r>
          </w:p>
        </w:tc>
        <w:tc>
          <w:tcPr>
            <w:tcW w:w="8292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83" w:type="dxa"/>
              <w:left w:w="166" w:type="dxa"/>
              <w:bottom w:w="83" w:type="dxa"/>
              <w:right w:w="166" w:type="dxa"/>
            </w:tcMar>
            <w:hideMark/>
          </w:tcPr>
          <w:p w14:paraId="4838C48A" w14:textId="69034EE9" w:rsidR="00992D84" w:rsidRPr="0060440B" w:rsidRDefault="00A02FEA" w:rsidP="00A02FEA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 or above the rank sought by the candidate</w:t>
            </w:r>
          </w:p>
          <w:p w14:paraId="44D8B095" w14:textId="77777777" w:rsidR="00992D84" w:rsidRPr="0060440B" w:rsidRDefault="00992D84" w:rsidP="000B00E2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sz w:val="18"/>
                <w:szCs w:val="18"/>
              </w:rPr>
              <w:t>At or above the rank sought by the applicant</w:t>
            </w:r>
          </w:p>
        </w:tc>
      </w:tr>
      <w:tr w:rsidR="009D3B12" w:rsidRPr="00F14022" w14:paraId="307F8CFF" w14:textId="77777777" w:rsidTr="009D3B12">
        <w:trPr>
          <w:gridAfter w:val="1"/>
          <w:wAfter w:w="7" w:type="dxa"/>
          <w:trHeight w:val="870"/>
        </w:trPr>
        <w:tc>
          <w:tcPr>
            <w:tcW w:w="1795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DE9D9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8BF1900" w14:textId="77777777" w:rsidR="009D3B12" w:rsidRPr="0060440B" w:rsidRDefault="009D3B12" w:rsidP="000B00E2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External Reviewer Definition</w:t>
            </w:r>
          </w:p>
        </w:tc>
        <w:tc>
          <w:tcPr>
            <w:tcW w:w="1853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62ED0A5" w14:textId="77777777" w:rsidR="009D3B12" w:rsidRPr="007A43C8" w:rsidRDefault="009D3B12" w:rsidP="000B00E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7A43C8">
              <w:rPr>
                <w:rFonts w:asciiTheme="majorHAnsi" w:hAnsiTheme="majorHAnsi" w:cstheme="majorHAnsi"/>
                <w:sz w:val="18"/>
                <w:szCs w:val="18"/>
              </w:rPr>
              <w:t>External reviewers are members of institutions outside Quinnipiac University</w:t>
            </w:r>
          </w:p>
        </w:tc>
        <w:tc>
          <w:tcPr>
            <w:tcW w:w="21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D0713E5" w14:textId="77777777" w:rsidR="009D3B12" w:rsidRPr="007A43C8" w:rsidRDefault="009D3B12" w:rsidP="000B00E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7A43C8">
              <w:rPr>
                <w:rFonts w:asciiTheme="majorHAnsi" w:hAnsiTheme="majorHAnsi" w:cstheme="majorHAnsi"/>
                <w:sz w:val="18"/>
                <w:szCs w:val="18"/>
              </w:rPr>
              <w:t>External reviewers are members outside of their clinical department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3931CBF" w14:textId="77777777" w:rsidR="009D3B12" w:rsidRPr="007A43C8" w:rsidRDefault="009D3B12" w:rsidP="000B00E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7A43C8">
              <w:rPr>
                <w:rFonts w:asciiTheme="majorHAnsi" w:hAnsiTheme="majorHAnsi" w:cstheme="majorHAnsi"/>
                <w:sz w:val="18"/>
                <w:szCs w:val="18"/>
              </w:rPr>
              <w:t xml:space="preserve">External reviewers are members of institutions outside Quinnipiac University. </w:t>
            </w:r>
          </w:p>
          <w:p w14:paraId="7DC29C15" w14:textId="6C25A757" w:rsidR="009D3B12" w:rsidRPr="007A43C8" w:rsidRDefault="009D3B12" w:rsidP="000B00E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DEAC385" w14:textId="77777777" w:rsidR="009D3B12" w:rsidRPr="007A43C8" w:rsidRDefault="009D3B12" w:rsidP="000B00E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7A43C8">
              <w:rPr>
                <w:rFonts w:asciiTheme="majorHAnsi" w:hAnsiTheme="majorHAnsi" w:cstheme="majorHAnsi"/>
                <w:sz w:val="18"/>
                <w:szCs w:val="18"/>
              </w:rPr>
              <w:t xml:space="preserve">External reviewers are members of departments outside the applicant’s department. </w:t>
            </w:r>
          </w:p>
          <w:p w14:paraId="225BA2C1" w14:textId="36CCDC21" w:rsidR="009D3B12" w:rsidRPr="007A43C8" w:rsidRDefault="009D3B12" w:rsidP="000B00E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D3B12" w:rsidRPr="00F14022" w14:paraId="626E1D33" w14:textId="77777777" w:rsidTr="001B0322">
        <w:trPr>
          <w:gridAfter w:val="1"/>
          <w:wAfter w:w="7" w:type="dxa"/>
          <w:trHeight w:val="870"/>
        </w:trPr>
        <w:tc>
          <w:tcPr>
            <w:tcW w:w="1795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DE9D9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06E46E4C" w14:textId="77777777" w:rsidR="009D3B12" w:rsidRPr="0060440B" w:rsidRDefault="009D3B12" w:rsidP="000B00E2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1853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046815EE" w14:textId="77777777" w:rsidR="009D3B12" w:rsidRPr="007A43C8" w:rsidRDefault="009D3B12" w:rsidP="000B00E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14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281E0768" w14:textId="77777777" w:rsidR="009D3B12" w:rsidRPr="007A43C8" w:rsidRDefault="009D3B12" w:rsidP="000B00E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2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0CBDA4F6" w14:textId="59B0ED7C" w:rsidR="009D3B12" w:rsidRPr="007A43C8" w:rsidRDefault="009D3B12" w:rsidP="009D3B12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7A43C8">
              <w:rPr>
                <w:rFonts w:asciiTheme="majorHAnsi" w:hAnsiTheme="majorHAnsi" w:cstheme="majorHAnsi"/>
                <w:sz w:val="18"/>
                <w:szCs w:val="18"/>
              </w:rPr>
              <w:t xml:space="preserve">At least 1 reviewer must be from institutions outside of </w:t>
            </w:r>
            <w:r w:rsidRPr="007A43C8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QU and its current affiliates</w:t>
            </w:r>
          </w:p>
        </w:tc>
      </w:tr>
      <w:tr w:rsidR="00992D84" w:rsidRPr="00F14022" w14:paraId="1BC21A92" w14:textId="77777777" w:rsidTr="009D3B12">
        <w:trPr>
          <w:gridAfter w:val="1"/>
          <w:wAfter w:w="7" w:type="dxa"/>
          <w:trHeight w:val="917"/>
        </w:trPr>
        <w:tc>
          <w:tcPr>
            <w:tcW w:w="179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850E609" w14:textId="77777777" w:rsidR="00992D84" w:rsidRPr="0060440B" w:rsidRDefault="00992D84" w:rsidP="000B00E2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Specific Requirements</w:t>
            </w:r>
          </w:p>
        </w:tc>
        <w:tc>
          <w:tcPr>
            <w:tcW w:w="8285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295A11D" w14:textId="77777777" w:rsidR="00992D84" w:rsidRPr="0060440B" w:rsidRDefault="00992D84" w:rsidP="000B00E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0440B">
              <w:rPr>
                <w:rFonts w:asciiTheme="majorHAnsi" w:hAnsiTheme="majorHAnsi" w:cstheme="majorHAnsi"/>
                <w:sz w:val="18"/>
                <w:szCs w:val="18"/>
              </w:rPr>
              <w:t xml:space="preserve">One review must be from course/clerkship/program director where </w:t>
            </w:r>
            <w:proofErr w:type="gramStart"/>
            <w:r w:rsidRPr="0060440B">
              <w:rPr>
                <w:rFonts w:asciiTheme="majorHAnsi" w:hAnsiTheme="majorHAnsi" w:cstheme="majorHAnsi"/>
                <w:sz w:val="18"/>
                <w:szCs w:val="18"/>
              </w:rPr>
              <w:t>the majority of</w:t>
            </w:r>
            <w:proofErr w:type="gramEnd"/>
            <w:r w:rsidRPr="0060440B">
              <w:rPr>
                <w:rFonts w:asciiTheme="majorHAnsi" w:hAnsiTheme="majorHAnsi" w:cstheme="majorHAnsi"/>
                <w:sz w:val="18"/>
                <w:szCs w:val="18"/>
              </w:rPr>
              <w:t xml:space="preserve"> their teaching occurs, if applicable. In this case, this reviewer would not be required to be at a higher academic rank than the candidate.</w:t>
            </w:r>
          </w:p>
          <w:p w14:paraId="0152B812" w14:textId="77777777" w:rsidR="00992D84" w:rsidRPr="0060440B" w:rsidRDefault="00992D84" w:rsidP="000B00E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5D6C388B" w14:textId="77777777" w:rsidR="00992D84" w:rsidRPr="0060440B" w:rsidRDefault="00992D84" w:rsidP="000B00E2">
            <w:pPr>
              <w:ind w:left="-16" w:firstLine="16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2653DF4A" w14:textId="6092F525" w:rsidR="00841266" w:rsidRPr="009D3B12" w:rsidRDefault="00841266">
      <w:pPr>
        <w:rPr>
          <w:b/>
          <w:bCs/>
        </w:rPr>
      </w:pPr>
      <w:r w:rsidRPr="009D3B12">
        <w:rPr>
          <w:b/>
          <w:bCs/>
        </w:rPr>
        <w:lastRenderedPageBreak/>
        <w:t>Candidate’s Recommended Reviewers</w:t>
      </w:r>
    </w:p>
    <w:p w14:paraId="67D91728" w14:textId="373AC769" w:rsidR="00852C78" w:rsidRDefault="00000000">
      <w:r>
        <w:t>Please provide complete information for each reviewer</w:t>
      </w:r>
      <w:r w:rsidR="00841266">
        <w:t xml:space="preserve"> that you are recommending.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6"/>
        <w:gridCol w:w="1658"/>
        <w:gridCol w:w="1654"/>
        <w:gridCol w:w="1657"/>
        <w:gridCol w:w="2005"/>
      </w:tblGrid>
      <w:tr w:rsidR="00F11C09" w14:paraId="2E72F15A" w14:textId="77777777" w:rsidTr="00F11C09">
        <w:trPr>
          <w:trHeight w:val="806"/>
        </w:trPr>
        <w:tc>
          <w:tcPr>
            <w:tcW w:w="1660" w:type="dxa"/>
          </w:tcPr>
          <w:p w14:paraId="0E5A4D00" w14:textId="77777777" w:rsidR="00F11C09" w:rsidRPr="00C61E06" w:rsidRDefault="00F11C09">
            <w:pPr>
              <w:rPr>
                <w:b/>
                <w:bCs/>
              </w:rPr>
            </w:pPr>
            <w:r w:rsidRPr="00C61E06">
              <w:rPr>
                <w:b/>
                <w:bCs/>
              </w:rPr>
              <w:t>Reviewer Name</w:t>
            </w:r>
          </w:p>
        </w:tc>
        <w:tc>
          <w:tcPr>
            <w:tcW w:w="1660" w:type="dxa"/>
          </w:tcPr>
          <w:p w14:paraId="3948A8F4" w14:textId="77777777" w:rsidR="00F11C09" w:rsidRPr="00C61E06" w:rsidRDefault="00F11C09">
            <w:pPr>
              <w:rPr>
                <w:b/>
                <w:bCs/>
              </w:rPr>
            </w:pPr>
            <w:r w:rsidRPr="00C61E06">
              <w:rPr>
                <w:b/>
                <w:bCs/>
              </w:rPr>
              <w:t>Institution &amp; Department</w:t>
            </w:r>
          </w:p>
        </w:tc>
        <w:tc>
          <w:tcPr>
            <w:tcW w:w="1660" w:type="dxa"/>
          </w:tcPr>
          <w:p w14:paraId="33867C12" w14:textId="77777777" w:rsidR="00F11C09" w:rsidRPr="00C61E06" w:rsidRDefault="00F11C09">
            <w:pPr>
              <w:rPr>
                <w:b/>
                <w:bCs/>
              </w:rPr>
            </w:pPr>
            <w:r w:rsidRPr="00C61E06">
              <w:rPr>
                <w:b/>
                <w:bCs/>
              </w:rPr>
              <w:t>Email Address</w:t>
            </w:r>
          </w:p>
        </w:tc>
        <w:tc>
          <w:tcPr>
            <w:tcW w:w="1660" w:type="dxa"/>
          </w:tcPr>
          <w:p w14:paraId="495299CD" w14:textId="77777777" w:rsidR="00F11C09" w:rsidRPr="00C61E06" w:rsidRDefault="00F11C09">
            <w:pPr>
              <w:rPr>
                <w:b/>
                <w:bCs/>
              </w:rPr>
            </w:pPr>
            <w:r w:rsidRPr="00C61E06">
              <w:rPr>
                <w:b/>
                <w:bCs/>
              </w:rPr>
              <w:t>Rank/Title</w:t>
            </w:r>
          </w:p>
        </w:tc>
        <w:tc>
          <w:tcPr>
            <w:tcW w:w="1660" w:type="dxa"/>
          </w:tcPr>
          <w:p w14:paraId="00E33075" w14:textId="3D6B2325" w:rsidR="00F11C09" w:rsidRPr="00C61E06" w:rsidRDefault="00F11C09">
            <w:pPr>
              <w:rPr>
                <w:b/>
                <w:bCs/>
              </w:rPr>
            </w:pPr>
            <w:r w:rsidRPr="00C61E06">
              <w:rPr>
                <w:b/>
                <w:bCs/>
              </w:rPr>
              <w:t xml:space="preserve">Reason for </w:t>
            </w:r>
            <w:r w:rsidR="00841266" w:rsidRPr="00C61E06">
              <w:rPr>
                <w:b/>
                <w:bCs/>
              </w:rPr>
              <w:t xml:space="preserve">Recommendation </w:t>
            </w:r>
            <w:r w:rsidRPr="00C61E06">
              <w:rPr>
                <w:b/>
                <w:bCs/>
              </w:rPr>
              <w:t>(Expertise)</w:t>
            </w:r>
          </w:p>
        </w:tc>
      </w:tr>
      <w:tr w:rsidR="00F11C09" w14:paraId="1E26D88D" w14:textId="77777777" w:rsidTr="00F11C09">
        <w:trPr>
          <w:trHeight w:val="341"/>
        </w:trPr>
        <w:tc>
          <w:tcPr>
            <w:tcW w:w="1660" w:type="dxa"/>
          </w:tcPr>
          <w:p w14:paraId="0AA1C468" w14:textId="77777777" w:rsidR="00F11C09" w:rsidRDefault="00F11C09"/>
        </w:tc>
        <w:tc>
          <w:tcPr>
            <w:tcW w:w="1660" w:type="dxa"/>
          </w:tcPr>
          <w:p w14:paraId="7AF8762C" w14:textId="77777777" w:rsidR="00F11C09" w:rsidRDefault="00F11C09"/>
        </w:tc>
        <w:tc>
          <w:tcPr>
            <w:tcW w:w="1660" w:type="dxa"/>
          </w:tcPr>
          <w:p w14:paraId="28DA7ADF" w14:textId="77777777" w:rsidR="00F11C09" w:rsidRDefault="00F11C09"/>
        </w:tc>
        <w:tc>
          <w:tcPr>
            <w:tcW w:w="1660" w:type="dxa"/>
          </w:tcPr>
          <w:p w14:paraId="60A88910" w14:textId="77777777" w:rsidR="00F11C09" w:rsidRDefault="00F11C09"/>
        </w:tc>
        <w:tc>
          <w:tcPr>
            <w:tcW w:w="1660" w:type="dxa"/>
          </w:tcPr>
          <w:p w14:paraId="3C9F12AA" w14:textId="77777777" w:rsidR="00F11C09" w:rsidRDefault="00F11C09"/>
        </w:tc>
      </w:tr>
      <w:tr w:rsidR="00F11C09" w14:paraId="2B976865" w14:textId="77777777" w:rsidTr="00F11C09">
        <w:trPr>
          <w:trHeight w:val="341"/>
        </w:trPr>
        <w:tc>
          <w:tcPr>
            <w:tcW w:w="1660" w:type="dxa"/>
          </w:tcPr>
          <w:p w14:paraId="534E60C7" w14:textId="77777777" w:rsidR="00F11C09" w:rsidRDefault="00F11C09"/>
        </w:tc>
        <w:tc>
          <w:tcPr>
            <w:tcW w:w="1660" w:type="dxa"/>
          </w:tcPr>
          <w:p w14:paraId="00E39E0B" w14:textId="77777777" w:rsidR="00F11C09" w:rsidRDefault="00F11C09"/>
        </w:tc>
        <w:tc>
          <w:tcPr>
            <w:tcW w:w="1660" w:type="dxa"/>
          </w:tcPr>
          <w:p w14:paraId="3732C71E" w14:textId="77777777" w:rsidR="00F11C09" w:rsidRDefault="00F11C09"/>
        </w:tc>
        <w:tc>
          <w:tcPr>
            <w:tcW w:w="1660" w:type="dxa"/>
          </w:tcPr>
          <w:p w14:paraId="320D8971" w14:textId="77777777" w:rsidR="00F11C09" w:rsidRDefault="00F11C09"/>
        </w:tc>
        <w:tc>
          <w:tcPr>
            <w:tcW w:w="1660" w:type="dxa"/>
          </w:tcPr>
          <w:p w14:paraId="4C5E7430" w14:textId="77777777" w:rsidR="00F11C09" w:rsidRDefault="00F11C09"/>
        </w:tc>
      </w:tr>
      <w:tr w:rsidR="00F11C09" w14:paraId="58D8E5CF" w14:textId="77777777" w:rsidTr="00F11C09">
        <w:trPr>
          <w:trHeight w:val="341"/>
        </w:trPr>
        <w:tc>
          <w:tcPr>
            <w:tcW w:w="1660" w:type="dxa"/>
          </w:tcPr>
          <w:p w14:paraId="6A8CAB81" w14:textId="77777777" w:rsidR="00F11C09" w:rsidRDefault="00F11C09"/>
        </w:tc>
        <w:tc>
          <w:tcPr>
            <w:tcW w:w="1660" w:type="dxa"/>
          </w:tcPr>
          <w:p w14:paraId="319C5246" w14:textId="77777777" w:rsidR="00F11C09" w:rsidRDefault="00F11C09"/>
        </w:tc>
        <w:tc>
          <w:tcPr>
            <w:tcW w:w="1660" w:type="dxa"/>
          </w:tcPr>
          <w:p w14:paraId="550D1C2C" w14:textId="77777777" w:rsidR="00F11C09" w:rsidRDefault="00F11C09"/>
        </w:tc>
        <w:tc>
          <w:tcPr>
            <w:tcW w:w="1660" w:type="dxa"/>
          </w:tcPr>
          <w:p w14:paraId="72FEAE88" w14:textId="77777777" w:rsidR="00F11C09" w:rsidRDefault="00F11C09"/>
        </w:tc>
        <w:tc>
          <w:tcPr>
            <w:tcW w:w="1660" w:type="dxa"/>
          </w:tcPr>
          <w:p w14:paraId="2F7A7C7C" w14:textId="77777777" w:rsidR="00F11C09" w:rsidRDefault="00F11C09"/>
        </w:tc>
      </w:tr>
      <w:tr w:rsidR="00F11C09" w14:paraId="7F40BD8B" w14:textId="77777777" w:rsidTr="00F11C09">
        <w:trPr>
          <w:trHeight w:val="341"/>
        </w:trPr>
        <w:tc>
          <w:tcPr>
            <w:tcW w:w="1660" w:type="dxa"/>
          </w:tcPr>
          <w:p w14:paraId="13F51224" w14:textId="77777777" w:rsidR="00F11C09" w:rsidRDefault="00F11C09"/>
        </w:tc>
        <w:tc>
          <w:tcPr>
            <w:tcW w:w="1660" w:type="dxa"/>
          </w:tcPr>
          <w:p w14:paraId="3BC59DAF" w14:textId="77777777" w:rsidR="00F11C09" w:rsidRDefault="00F11C09"/>
        </w:tc>
        <w:tc>
          <w:tcPr>
            <w:tcW w:w="1660" w:type="dxa"/>
          </w:tcPr>
          <w:p w14:paraId="273F1BAA" w14:textId="77777777" w:rsidR="00F11C09" w:rsidRDefault="00F11C09"/>
        </w:tc>
        <w:tc>
          <w:tcPr>
            <w:tcW w:w="1660" w:type="dxa"/>
          </w:tcPr>
          <w:p w14:paraId="3B152179" w14:textId="77777777" w:rsidR="00F11C09" w:rsidRDefault="00F11C09"/>
        </w:tc>
        <w:tc>
          <w:tcPr>
            <w:tcW w:w="1660" w:type="dxa"/>
          </w:tcPr>
          <w:p w14:paraId="34B1FB32" w14:textId="77777777" w:rsidR="00F11C09" w:rsidRDefault="00F11C09"/>
        </w:tc>
      </w:tr>
      <w:tr w:rsidR="00F11C09" w14:paraId="4C9C56DE" w14:textId="77777777" w:rsidTr="00F11C09">
        <w:trPr>
          <w:trHeight w:val="321"/>
        </w:trPr>
        <w:tc>
          <w:tcPr>
            <w:tcW w:w="1660" w:type="dxa"/>
          </w:tcPr>
          <w:p w14:paraId="71B47E12" w14:textId="77777777" w:rsidR="00F11C09" w:rsidRDefault="00F11C09"/>
        </w:tc>
        <w:tc>
          <w:tcPr>
            <w:tcW w:w="1660" w:type="dxa"/>
          </w:tcPr>
          <w:p w14:paraId="34556D0E" w14:textId="77777777" w:rsidR="00F11C09" w:rsidRDefault="00F11C09"/>
        </w:tc>
        <w:tc>
          <w:tcPr>
            <w:tcW w:w="1660" w:type="dxa"/>
          </w:tcPr>
          <w:p w14:paraId="4C4576F2" w14:textId="77777777" w:rsidR="00F11C09" w:rsidRDefault="00F11C09"/>
        </w:tc>
        <w:tc>
          <w:tcPr>
            <w:tcW w:w="1660" w:type="dxa"/>
          </w:tcPr>
          <w:p w14:paraId="1FF0F8FC" w14:textId="77777777" w:rsidR="00F11C09" w:rsidRDefault="00F11C09"/>
        </w:tc>
        <w:tc>
          <w:tcPr>
            <w:tcW w:w="1660" w:type="dxa"/>
          </w:tcPr>
          <w:p w14:paraId="7A8C9191" w14:textId="77777777" w:rsidR="00F11C09" w:rsidRDefault="00F11C09"/>
        </w:tc>
      </w:tr>
    </w:tbl>
    <w:p w14:paraId="52741245" w14:textId="50D2F667" w:rsidR="00852C78" w:rsidRDefault="00852C78" w:rsidP="00F11C09"/>
    <w:p w14:paraId="0A198A80" w14:textId="77777777" w:rsidR="00C61E06" w:rsidRPr="00C61E06" w:rsidRDefault="00C61E06" w:rsidP="00C61E06">
      <w:r w:rsidRPr="00C61E06">
        <w:rPr>
          <w:b/>
          <w:bCs/>
        </w:rPr>
        <w:t xml:space="preserve">Department Chair Letter of Support: </w:t>
      </w:r>
      <w:r w:rsidRPr="00C61E06">
        <w:t>A letter of support from your department chair is required as part of the promotion process. This letter is separate from the department chair endorsement submitted during the initial promotion application.</w:t>
      </w:r>
    </w:p>
    <w:p w14:paraId="10E2FA50" w14:textId="6633E493" w:rsidR="00C61E06" w:rsidRPr="00C61E06" w:rsidRDefault="00C61E06" w:rsidP="00C61E06">
      <w:r w:rsidRPr="00C61E06">
        <w:t xml:space="preserve">It is the candidate's responsibility </w:t>
      </w:r>
      <w:r w:rsidR="00190AEB">
        <w:t xml:space="preserve">as part of the promotion process </w:t>
      </w:r>
      <w:r w:rsidRPr="00C61E06">
        <w:t xml:space="preserve">to contact their </w:t>
      </w:r>
      <w:r w:rsidR="00190AEB" w:rsidRPr="00C61E06">
        <w:t xml:space="preserve">School of Medicine </w:t>
      </w:r>
      <w:r w:rsidRPr="00C61E06">
        <w:t xml:space="preserve">department chair to </w:t>
      </w:r>
      <w:r w:rsidR="00190AEB">
        <w:t xml:space="preserve">request a meeting to discuss their interest in </w:t>
      </w:r>
      <w:r w:rsidR="00204D63">
        <w:t xml:space="preserve">promotion </w:t>
      </w:r>
      <w:r w:rsidR="00190AEB">
        <w:t xml:space="preserve">and seek </w:t>
      </w:r>
      <w:r w:rsidR="00204D63">
        <w:t>the</w:t>
      </w:r>
      <w:r w:rsidR="00190AEB">
        <w:t xml:space="preserve"> chair’s support. During this discussion, the candidate should </w:t>
      </w:r>
      <w:r w:rsidRPr="00C61E06">
        <w:t>inform the</w:t>
      </w:r>
      <w:r w:rsidR="00190AEB">
        <w:t xml:space="preserve"> department chair</w:t>
      </w:r>
      <w:r w:rsidRPr="00C61E06">
        <w:t xml:space="preserve"> that the Office of Faculty Affairs will be reaching out to request a </w:t>
      </w:r>
      <w:r w:rsidR="00190AEB">
        <w:t xml:space="preserve">formal </w:t>
      </w:r>
      <w:r w:rsidRPr="00C61E06">
        <w:t>letter of support on their behalf.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1"/>
        <w:gridCol w:w="2791"/>
        <w:gridCol w:w="2791"/>
      </w:tblGrid>
      <w:tr w:rsidR="00C61E06" w14:paraId="46479DA7" w14:textId="77777777" w:rsidTr="00C61E06">
        <w:trPr>
          <w:trHeight w:val="467"/>
        </w:trPr>
        <w:tc>
          <w:tcPr>
            <w:tcW w:w="2791" w:type="dxa"/>
          </w:tcPr>
          <w:p w14:paraId="0D4DE130" w14:textId="516198DB" w:rsidR="00C61E06" w:rsidRPr="009D3B12" w:rsidRDefault="00190AEB" w:rsidP="001B0C29">
            <w:pPr>
              <w:rPr>
                <w:b/>
                <w:bCs/>
              </w:rPr>
            </w:pPr>
            <w:r>
              <w:rPr>
                <w:b/>
                <w:bCs/>
              </w:rPr>
              <w:t>QU</w:t>
            </w:r>
            <w:r w:rsidR="005F2A0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Netter SOM Department Chair </w:t>
            </w:r>
            <w:r w:rsidR="00C61E06" w:rsidRPr="009D3B12">
              <w:rPr>
                <w:b/>
                <w:bCs/>
              </w:rPr>
              <w:t>Name</w:t>
            </w:r>
          </w:p>
        </w:tc>
        <w:tc>
          <w:tcPr>
            <w:tcW w:w="2791" w:type="dxa"/>
          </w:tcPr>
          <w:p w14:paraId="7FC4ACB3" w14:textId="77777777" w:rsidR="00C61E06" w:rsidRPr="00190AEB" w:rsidRDefault="00C61E06" w:rsidP="001B0C29">
            <w:pPr>
              <w:rPr>
                <w:b/>
                <w:bCs/>
              </w:rPr>
            </w:pPr>
            <w:r w:rsidRPr="00190AEB">
              <w:rPr>
                <w:b/>
                <w:bCs/>
              </w:rPr>
              <w:t>Institution &amp; Department</w:t>
            </w:r>
          </w:p>
        </w:tc>
        <w:tc>
          <w:tcPr>
            <w:tcW w:w="2791" w:type="dxa"/>
          </w:tcPr>
          <w:p w14:paraId="37224D0F" w14:textId="77777777" w:rsidR="00C61E06" w:rsidRPr="00190AEB" w:rsidRDefault="00C61E06" w:rsidP="001B0C29">
            <w:pPr>
              <w:rPr>
                <w:b/>
                <w:bCs/>
              </w:rPr>
            </w:pPr>
            <w:r w:rsidRPr="00190AEB">
              <w:rPr>
                <w:b/>
                <w:bCs/>
              </w:rPr>
              <w:t>Email Address</w:t>
            </w:r>
          </w:p>
        </w:tc>
      </w:tr>
      <w:tr w:rsidR="00C61E06" w14:paraId="1086AE4C" w14:textId="77777777" w:rsidTr="00C61E06">
        <w:trPr>
          <w:trHeight w:val="414"/>
        </w:trPr>
        <w:tc>
          <w:tcPr>
            <w:tcW w:w="2791" w:type="dxa"/>
          </w:tcPr>
          <w:p w14:paraId="1F763885" w14:textId="77777777" w:rsidR="00C61E06" w:rsidRDefault="00C61E06" w:rsidP="001B0C29"/>
          <w:p w14:paraId="4477F592" w14:textId="77777777" w:rsidR="00C61E06" w:rsidRDefault="00C61E06" w:rsidP="001B0C29"/>
        </w:tc>
        <w:tc>
          <w:tcPr>
            <w:tcW w:w="2791" w:type="dxa"/>
          </w:tcPr>
          <w:p w14:paraId="4914BD14" w14:textId="77777777" w:rsidR="00C61E06" w:rsidRDefault="00C61E06" w:rsidP="001B0C29"/>
        </w:tc>
        <w:tc>
          <w:tcPr>
            <w:tcW w:w="2791" w:type="dxa"/>
          </w:tcPr>
          <w:p w14:paraId="3BA67657" w14:textId="77777777" w:rsidR="00C61E06" w:rsidRDefault="00C61E06" w:rsidP="001B0C29"/>
        </w:tc>
      </w:tr>
    </w:tbl>
    <w:p w14:paraId="49EDB549" w14:textId="6BFA05C2" w:rsidR="00852C78" w:rsidRDefault="00000000">
      <w:r>
        <w:br/>
        <w:t xml:space="preserve">I confirm that I have reviewed the guidelines for reviewers and have selected individuals </w:t>
      </w:r>
      <w:r w:rsidR="00841266">
        <w:t>that meet all requirements noted above</w:t>
      </w:r>
      <w:r>
        <w:t>.</w:t>
      </w:r>
    </w:p>
    <w:p w14:paraId="3F5091A7" w14:textId="25EFC397" w:rsidR="00852C78" w:rsidRDefault="00000000">
      <w:r>
        <w:br/>
        <w:t>Candidate Signature: _________________________</w:t>
      </w:r>
      <w:r w:rsidR="00F11C09">
        <w:t>________________</w:t>
      </w:r>
      <w:r>
        <w:t xml:space="preserve">        Date: ______________</w:t>
      </w:r>
      <w:r w:rsidR="00F11C09">
        <w:t>_____</w:t>
      </w:r>
    </w:p>
    <w:sectPr w:rsidR="00852C78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96BBE" w14:textId="77777777" w:rsidR="00114159" w:rsidRDefault="00114159" w:rsidP="00F11C09">
      <w:pPr>
        <w:spacing w:after="0" w:line="240" w:lineRule="auto"/>
      </w:pPr>
      <w:r>
        <w:separator/>
      </w:r>
    </w:p>
  </w:endnote>
  <w:endnote w:type="continuationSeparator" w:id="0">
    <w:p w14:paraId="7D9A2FF7" w14:textId="77777777" w:rsidR="00114159" w:rsidRDefault="00114159" w:rsidP="00F11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F4922" w14:textId="77777777" w:rsidR="00114159" w:rsidRDefault="00114159" w:rsidP="00F11C09">
      <w:pPr>
        <w:spacing w:after="0" w:line="240" w:lineRule="auto"/>
      </w:pPr>
      <w:r>
        <w:separator/>
      </w:r>
    </w:p>
  </w:footnote>
  <w:footnote w:type="continuationSeparator" w:id="0">
    <w:p w14:paraId="639A6A9F" w14:textId="77777777" w:rsidR="00114159" w:rsidRDefault="00114159" w:rsidP="00F11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7C9E0" w14:textId="3AB5A868" w:rsidR="00F11C09" w:rsidRPr="00F11C09" w:rsidRDefault="00F11C09" w:rsidP="00F11C09">
    <w:pPr>
      <w:pStyle w:val="Header"/>
    </w:pPr>
    <w:r w:rsidRPr="00F11C09">
      <w:rPr>
        <w:noProof/>
      </w:rPr>
      <w:drawing>
        <wp:inline distT="0" distB="0" distL="0" distR="0" wp14:anchorId="6B43C84B" wp14:editId="08E10A72">
          <wp:extent cx="4762500" cy="1028700"/>
          <wp:effectExtent l="0" t="0" r="0" b="0"/>
          <wp:docPr id="1466531043" name="Picture 4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531043" name="Picture 4" descr="A close-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ACC4D0" w14:textId="77777777" w:rsidR="00F11C09" w:rsidRDefault="00F11C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661762A"/>
    <w:multiLevelType w:val="hybridMultilevel"/>
    <w:tmpl w:val="0E02C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7E095A"/>
    <w:multiLevelType w:val="hybridMultilevel"/>
    <w:tmpl w:val="CC348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627F01"/>
    <w:multiLevelType w:val="hybridMultilevel"/>
    <w:tmpl w:val="78DAA7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7D3FCE"/>
    <w:multiLevelType w:val="hybridMultilevel"/>
    <w:tmpl w:val="FE34D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2C3359"/>
    <w:multiLevelType w:val="multilevel"/>
    <w:tmpl w:val="4F8C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360B66"/>
    <w:multiLevelType w:val="hybridMultilevel"/>
    <w:tmpl w:val="FF483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211268">
    <w:abstractNumId w:val="8"/>
  </w:num>
  <w:num w:numId="2" w16cid:durableId="1164902507">
    <w:abstractNumId w:val="6"/>
  </w:num>
  <w:num w:numId="3" w16cid:durableId="291402521">
    <w:abstractNumId w:val="5"/>
  </w:num>
  <w:num w:numId="4" w16cid:durableId="1108503967">
    <w:abstractNumId w:val="4"/>
  </w:num>
  <w:num w:numId="5" w16cid:durableId="933129082">
    <w:abstractNumId w:val="7"/>
  </w:num>
  <w:num w:numId="6" w16cid:durableId="17171639">
    <w:abstractNumId w:val="3"/>
  </w:num>
  <w:num w:numId="7" w16cid:durableId="1228146421">
    <w:abstractNumId w:val="2"/>
  </w:num>
  <w:num w:numId="8" w16cid:durableId="1469393747">
    <w:abstractNumId w:val="1"/>
  </w:num>
  <w:num w:numId="9" w16cid:durableId="1880436938">
    <w:abstractNumId w:val="0"/>
  </w:num>
  <w:num w:numId="10" w16cid:durableId="683291910">
    <w:abstractNumId w:val="14"/>
  </w:num>
  <w:num w:numId="11" w16cid:durableId="1021903171">
    <w:abstractNumId w:val="13"/>
  </w:num>
  <w:num w:numId="12" w16cid:durableId="1057360904">
    <w:abstractNumId w:val="9"/>
  </w:num>
  <w:num w:numId="13" w16cid:durableId="384065580">
    <w:abstractNumId w:val="10"/>
  </w:num>
  <w:num w:numId="14" w16cid:durableId="1680236348">
    <w:abstractNumId w:val="11"/>
  </w:num>
  <w:num w:numId="15" w16cid:durableId="18075786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7B46"/>
    <w:rsid w:val="00114159"/>
    <w:rsid w:val="001168EC"/>
    <w:rsid w:val="0015074B"/>
    <w:rsid w:val="00190AEB"/>
    <w:rsid w:val="00204D63"/>
    <w:rsid w:val="0029639D"/>
    <w:rsid w:val="002A3B24"/>
    <w:rsid w:val="002B0CE3"/>
    <w:rsid w:val="00326F90"/>
    <w:rsid w:val="003661DA"/>
    <w:rsid w:val="00385EE3"/>
    <w:rsid w:val="00440EBF"/>
    <w:rsid w:val="00527EE9"/>
    <w:rsid w:val="005870C9"/>
    <w:rsid w:val="005A6919"/>
    <w:rsid w:val="005F2A05"/>
    <w:rsid w:val="0060440B"/>
    <w:rsid w:val="00695118"/>
    <w:rsid w:val="007A43C8"/>
    <w:rsid w:val="00841266"/>
    <w:rsid w:val="00852C78"/>
    <w:rsid w:val="00871929"/>
    <w:rsid w:val="008C5903"/>
    <w:rsid w:val="00930C5C"/>
    <w:rsid w:val="00992D84"/>
    <w:rsid w:val="009C52B4"/>
    <w:rsid w:val="009D3B12"/>
    <w:rsid w:val="009F3445"/>
    <w:rsid w:val="00A02FEA"/>
    <w:rsid w:val="00A15FBC"/>
    <w:rsid w:val="00AA1D8D"/>
    <w:rsid w:val="00B47730"/>
    <w:rsid w:val="00C61E06"/>
    <w:rsid w:val="00CB0664"/>
    <w:rsid w:val="00D32EC1"/>
    <w:rsid w:val="00D64A9D"/>
    <w:rsid w:val="00E247BC"/>
    <w:rsid w:val="00E32C8B"/>
    <w:rsid w:val="00EA5D3D"/>
    <w:rsid w:val="00F11C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6EC3CE"/>
  <w14:defaultImageDpi w14:val="300"/>
  <w15:docId w15:val="{9D878538-943B-4FFD-BB6E-134DE17C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B12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5A69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9236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46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561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37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5550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476917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42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45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22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6762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0805908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5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378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762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7492053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7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81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58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53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4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Lyons, Katie A.</cp:lastModifiedBy>
  <cp:revision>2</cp:revision>
  <dcterms:created xsi:type="dcterms:W3CDTF">2026-07-06T20:01:00Z</dcterms:created>
  <dcterms:modified xsi:type="dcterms:W3CDTF">2026-07-06T20:01:00Z</dcterms:modified>
  <cp:category/>
</cp:coreProperties>
</file>